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5C42D" w14:textId="77777777" w:rsidR="00C360C1" w:rsidRDefault="00000000" w:rsidP="00810DAE">
      <w:pPr>
        <w:spacing w:before="200" w:after="80" w:line="360" w:lineRule="auto"/>
        <w:jc w:val="center"/>
      </w:pPr>
      <w:r>
        <w:rPr>
          <w:rFonts w:ascii="Arial" w:hAnsi="Arial"/>
          <w:b/>
          <w:color w:val="1A2A4A"/>
          <w:sz w:val="56"/>
        </w:rPr>
        <w:t>LOGAN SOUNDS OFF</w:t>
      </w:r>
    </w:p>
    <w:p w14:paraId="2C23AA52" w14:textId="77777777" w:rsidR="00C360C1" w:rsidRDefault="00000000" w:rsidP="00810DAE">
      <w:pPr>
        <w:spacing w:after="40" w:line="360" w:lineRule="auto"/>
        <w:jc w:val="center"/>
      </w:pPr>
      <w:r>
        <w:rPr>
          <w:rFonts w:ascii="Arial" w:hAnsi="Arial"/>
          <w:i/>
          <w:color w:val="009BB4"/>
          <w:sz w:val="26"/>
        </w:rPr>
        <w:t>Independent Music Podcast  |  Interviews &amp; Album Reviews</w:t>
      </w:r>
    </w:p>
    <w:p w14:paraId="6F49D990" w14:textId="77777777" w:rsidR="00C360C1" w:rsidRDefault="00000000" w:rsidP="00810DAE">
      <w:pPr>
        <w:pBdr>
          <w:bottom w:val="single" w:sz="8" w:space="1" w:color="009BB4"/>
        </w:pBdr>
        <w:spacing w:after="280" w:line="360" w:lineRule="auto"/>
        <w:jc w:val="center"/>
      </w:pPr>
      <w:r>
        <w:rPr>
          <w:rFonts w:ascii="Arial" w:hAnsi="Arial"/>
          <w:color w:val="555555"/>
        </w:rPr>
        <w:t>Believed to be the world’s youngest independent music podcaster</w:t>
      </w:r>
    </w:p>
    <w:p w14:paraId="63381CF6" w14:textId="77777777" w:rsidR="00C360C1" w:rsidRDefault="00000000" w:rsidP="00810DAE">
      <w:pPr>
        <w:pBdr>
          <w:bottom w:val="single" w:sz="12" w:space="1" w:color="009BB4"/>
        </w:pBdr>
        <w:spacing w:before="360" w:after="80" w:line="360" w:lineRule="auto"/>
      </w:pPr>
      <w:r>
        <w:rPr>
          <w:rFonts w:ascii="Arial" w:hAnsi="Arial"/>
          <w:b/>
          <w:color w:val="1A2A4A"/>
          <w:sz w:val="26"/>
        </w:rPr>
        <w:t>ABOUT LOGAN SOUNDS OFF</w:t>
      </w:r>
    </w:p>
    <w:p w14:paraId="7ABBEF0B" w14:textId="5D0F0C4A" w:rsidR="00C360C1" w:rsidRDefault="00000000" w:rsidP="00810DAE">
      <w:pPr>
        <w:spacing w:before="40" w:after="120" w:line="360" w:lineRule="auto"/>
      </w:pPr>
      <w:r>
        <w:rPr>
          <w:rFonts w:ascii="Arial" w:hAnsi="Arial"/>
          <w:color w:val="222222"/>
          <w:sz w:val="21"/>
        </w:rPr>
        <w:t>Logan Sounds Off is an independent music podcast hosted by Logan Kelly, aged 14, from Co. Kildare, Ireland. Logan began interviewing at the age of 8</w:t>
      </w:r>
      <w:r w:rsidR="00911B20">
        <w:rPr>
          <w:rFonts w:ascii="Arial" w:hAnsi="Arial"/>
          <w:color w:val="222222"/>
          <w:sz w:val="21"/>
        </w:rPr>
        <w:t xml:space="preserve">, </w:t>
      </w:r>
      <w:r>
        <w:rPr>
          <w:rFonts w:ascii="Arial" w:hAnsi="Arial"/>
          <w:color w:val="222222"/>
          <w:sz w:val="21"/>
        </w:rPr>
        <w:t>launched his own podcast at 10</w:t>
      </w:r>
      <w:r w:rsidR="00911B20">
        <w:rPr>
          <w:rFonts w:ascii="Arial" w:hAnsi="Arial"/>
          <w:color w:val="222222"/>
          <w:sz w:val="21"/>
        </w:rPr>
        <w:t xml:space="preserve"> and </w:t>
      </w:r>
      <w:r>
        <w:rPr>
          <w:rFonts w:ascii="Arial" w:hAnsi="Arial"/>
          <w:color w:val="222222"/>
          <w:sz w:val="21"/>
        </w:rPr>
        <w:t>is believed to be the world’s youngest independent music podcaster.</w:t>
      </w:r>
    </w:p>
    <w:p w14:paraId="16CE657F" w14:textId="37AC3CC7" w:rsidR="00C360C1" w:rsidRDefault="00000000" w:rsidP="00810DAE">
      <w:pPr>
        <w:spacing w:before="40" w:after="120" w:line="360" w:lineRule="auto"/>
      </w:pPr>
      <w:r>
        <w:rPr>
          <w:rFonts w:ascii="Arial" w:hAnsi="Arial"/>
          <w:color w:val="222222"/>
          <w:sz w:val="21"/>
        </w:rPr>
        <w:t>The podcast covers in-depth interviews and album reviews across rock, punk, folk,</w:t>
      </w:r>
      <w:r w:rsidR="00A1184D">
        <w:rPr>
          <w:rFonts w:ascii="Arial" w:hAnsi="Arial"/>
          <w:color w:val="222222"/>
          <w:sz w:val="21"/>
        </w:rPr>
        <w:t xml:space="preserve"> alternative music</w:t>
      </w:r>
      <w:r>
        <w:rPr>
          <w:rFonts w:ascii="Arial" w:hAnsi="Arial"/>
          <w:color w:val="222222"/>
          <w:sz w:val="21"/>
        </w:rPr>
        <w:t xml:space="preserve"> </w:t>
      </w:r>
      <w:r w:rsidR="003E19AE">
        <w:rPr>
          <w:rFonts w:ascii="Arial" w:hAnsi="Arial"/>
          <w:color w:val="222222"/>
          <w:sz w:val="21"/>
        </w:rPr>
        <w:t xml:space="preserve">and </w:t>
      </w:r>
      <w:r>
        <w:rPr>
          <w:rFonts w:ascii="Arial" w:hAnsi="Arial"/>
          <w:color w:val="222222"/>
          <w:sz w:val="21"/>
        </w:rPr>
        <w:t>jazz — with every guest personally chosen by Logan based on the music he loves. There is no PR management, no script, and no agenda: just real conversations with artists who respect what Logan brings to the table.</w:t>
      </w:r>
    </w:p>
    <w:p w14:paraId="07186D37" w14:textId="77777777" w:rsidR="00C360C1" w:rsidRDefault="00000000" w:rsidP="00810DAE">
      <w:pPr>
        <w:spacing w:line="360" w:lineRule="auto"/>
        <w:jc w:val="center"/>
      </w:pPr>
      <w:r>
        <w:rPr>
          <w:rFonts w:ascii="Arial" w:hAnsi="Arial"/>
          <w:i/>
          <w:color w:val="555555"/>
          <w:sz w:val="21"/>
        </w:rPr>
        <w:t>“From a young age Logan has been passionate about music and it shows in every interview and review he shares.”</w:t>
      </w:r>
    </w:p>
    <w:p w14:paraId="4F2293AC" w14:textId="77777777" w:rsidR="00C360C1" w:rsidRDefault="00000000" w:rsidP="00810DAE">
      <w:pPr>
        <w:pBdr>
          <w:bottom w:val="single" w:sz="12" w:space="1" w:color="009BB4"/>
        </w:pBdr>
        <w:spacing w:before="360" w:after="80" w:line="360" w:lineRule="auto"/>
      </w:pPr>
      <w:r>
        <w:rPr>
          <w:rFonts w:ascii="Arial" w:hAnsi="Arial"/>
          <w:b/>
          <w:color w:val="1A2A4A"/>
          <w:sz w:val="26"/>
        </w:rPr>
        <w:t>GUEST HIGHLIGHTS  —  80+ INTERVIEWS</w:t>
      </w:r>
    </w:p>
    <w:p w14:paraId="7C880C44" w14:textId="77777777" w:rsidR="00C360C1" w:rsidRDefault="00000000" w:rsidP="00810DAE">
      <w:pPr>
        <w:spacing w:before="40" w:after="60" w:line="360" w:lineRule="auto"/>
      </w:pPr>
      <w:r>
        <w:rPr>
          <w:rFonts w:ascii="Arial" w:hAnsi="Arial"/>
          <w:color w:val="222222"/>
          <w:sz w:val="21"/>
        </w:rPr>
        <w:t>Notable guests include:</w:t>
      </w:r>
    </w:p>
    <w:p w14:paraId="0A4B844B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Josh Homme (Queens of the Stone Age) — interviewed twice</w:t>
      </w:r>
    </w:p>
    <w:p w14:paraId="0E1EE0D4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Dave Grohl &amp; Nate Mendel (Foo Fighters)</w:t>
      </w:r>
    </w:p>
    <w:p w14:paraId="51A3E59A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Henry Rollins (Black Flag / Rollins Band)</w:t>
      </w:r>
    </w:p>
    <w:p w14:paraId="17AC34D1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Ian MacKaye (Minor Threat / Fugazi / Dischord Records)</w:t>
      </w:r>
    </w:p>
    <w:p w14:paraId="4472F0AB" w14:textId="77777777" w:rsidR="00C360C1" w:rsidRPr="003E19AE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Billy Bragg</w:t>
      </w:r>
    </w:p>
    <w:p w14:paraId="12CB8194" w14:textId="4A0755AC" w:rsidR="003E19AE" w:rsidRDefault="003E19AE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E</w:t>
      </w:r>
      <w:r w:rsidR="00720DA9">
        <w:rPr>
          <w:rFonts w:ascii="Arial" w:hAnsi="Arial"/>
          <w:color w:val="222222"/>
          <w:sz w:val="21"/>
        </w:rPr>
        <w:t xml:space="preserve"> (E</w:t>
      </w:r>
      <w:r>
        <w:rPr>
          <w:rFonts w:ascii="Arial" w:hAnsi="Arial"/>
          <w:color w:val="222222"/>
          <w:sz w:val="21"/>
        </w:rPr>
        <w:t>ELS</w:t>
      </w:r>
      <w:r w:rsidR="00720DA9">
        <w:rPr>
          <w:rFonts w:ascii="Arial" w:hAnsi="Arial"/>
          <w:color w:val="222222"/>
          <w:sz w:val="21"/>
        </w:rPr>
        <w:t>)</w:t>
      </w:r>
      <w:r>
        <w:rPr>
          <w:rFonts w:ascii="Arial" w:hAnsi="Arial"/>
          <w:color w:val="222222"/>
          <w:sz w:val="21"/>
        </w:rPr>
        <w:t xml:space="preserve"> — interviewed twice</w:t>
      </w:r>
    </w:p>
    <w:p w14:paraId="0887B98D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Don Letts</w:t>
      </w:r>
    </w:p>
    <w:p w14:paraId="59E5F923" w14:textId="77777777" w:rsidR="00C360C1" w:rsidRPr="003E19AE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Kelly Jones (Stereophonics)</w:t>
      </w:r>
    </w:p>
    <w:p w14:paraId="72E6DA42" w14:textId="1D0EC109" w:rsidR="003E19AE" w:rsidRDefault="003E19AE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Baz Warner (The Stranglers)</w:t>
      </w:r>
    </w:p>
    <w:p w14:paraId="6693A647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Steve Diggle (Buzzcocks)</w:t>
      </w:r>
    </w:p>
    <w:p w14:paraId="495EE794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Spider Stacy (The Pogues)</w:t>
      </w:r>
    </w:p>
    <w:p w14:paraId="58E70749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Sebastian Murphy (Viagra Boys)</w:t>
      </w:r>
    </w:p>
    <w:p w14:paraId="320F524A" w14:textId="77777777" w:rsidR="00C360C1" w:rsidRPr="003E19AE" w:rsidRDefault="00000000" w:rsidP="00810DAE">
      <w:pPr>
        <w:pStyle w:val="ListBullet"/>
        <w:spacing w:before="20" w:after="20" w:line="360" w:lineRule="auto"/>
        <w:rPr>
          <w:lang w:val="de-DE"/>
        </w:rPr>
      </w:pPr>
      <w:proofErr w:type="spellStart"/>
      <w:r w:rsidRPr="003E19AE">
        <w:rPr>
          <w:rFonts w:ascii="Arial" w:hAnsi="Arial"/>
          <w:color w:val="222222"/>
          <w:sz w:val="21"/>
          <w:lang w:val="de-DE"/>
        </w:rPr>
        <w:t>Lankum</w:t>
      </w:r>
      <w:proofErr w:type="spellEnd"/>
      <w:r w:rsidRPr="003E19AE">
        <w:rPr>
          <w:rFonts w:ascii="Arial" w:hAnsi="Arial"/>
          <w:color w:val="222222"/>
          <w:sz w:val="21"/>
          <w:lang w:val="de-DE"/>
        </w:rPr>
        <w:t xml:space="preserve"> (Radie Peat &amp; Darragh Lynch)</w:t>
      </w:r>
    </w:p>
    <w:p w14:paraId="48408897" w14:textId="46B2C8E8" w:rsidR="00C360C1" w:rsidRDefault="00000000" w:rsidP="00810DAE">
      <w:pPr>
        <w:pStyle w:val="ListBullet"/>
        <w:spacing w:before="20" w:after="20" w:line="360" w:lineRule="auto"/>
      </w:pPr>
      <w:r w:rsidRPr="00750BA3">
        <w:rPr>
          <w:rFonts w:ascii="Arial" w:hAnsi="Arial"/>
          <w:color w:val="222222"/>
          <w:sz w:val="21"/>
        </w:rPr>
        <w:t xml:space="preserve">Sprints  </w:t>
      </w:r>
      <w:r w:rsidR="00750BA3" w:rsidRPr="00750BA3">
        <w:rPr>
          <w:rFonts w:ascii="Arial" w:hAnsi="Arial"/>
          <w:color w:val="222222"/>
          <w:sz w:val="21"/>
        </w:rPr>
        <w:t xml:space="preserve">- </w:t>
      </w:r>
      <w:r w:rsidRPr="00750BA3">
        <w:rPr>
          <w:rFonts w:ascii="Arial" w:hAnsi="Arial"/>
          <w:color w:val="222222"/>
          <w:sz w:val="21"/>
        </w:rPr>
        <w:t xml:space="preserve">Gurriers  </w:t>
      </w:r>
      <w:r w:rsidR="00750BA3" w:rsidRPr="00750BA3">
        <w:rPr>
          <w:rFonts w:ascii="Arial" w:hAnsi="Arial"/>
          <w:color w:val="222222"/>
          <w:sz w:val="21"/>
        </w:rPr>
        <w:t xml:space="preserve">- </w:t>
      </w:r>
      <w:r w:rsidRPr="00750BA3">
        <w:rPr>
          <w:rFonts w:ascii="Arial" w:hAnsi="Arial"/>
          <w:color w:val="222222"/>
          <w:sz w:val="21"/>
        </w:rPr>
        <w:t xml:space="preserve">Junior Brother  </w:t>
      </w:r>
      <w:r w:rsidR="00750BA3" w:rsidRPr="00750BA3">
        <w:rPr>
          <w:rFonts w:ascii="Arial" w:hAnsi="Arial"/>
          <w:color w:val="222222"/>
          <w:sz w:val="21"/>
        </w:rPr>
        <w:t xml:space="preserve">- </w:t>
      </w:r>
      <w:r w:rsidRPr="00750BA3">
        <w:rPr>
          <w:rFonts w:ascii="Arial" w:hAnsi="Arial"/>
          <w:color w:val="222222"/>
          <w:sz w:val="21"/>
        </w:rPr>
        <w:t xml:space="preserve">Niamh Regan  </w:t>
      </w:r>
      <w:r w:rsidR="00750BA3" w:rsidRPr="00750BA3">
        <w:rPr>
          <w:rFonts w:ascii="Arial" w:hAnsi="Arial"/>
          <w:color w:val="222222"/>
          <w:sz w:val="21"/>
        </w:rPr>
        <w:t xml:space="preserve">- </w:t>
      </w:r>
      <w:r w:rsidRPr="00750BA3">
        <w:rPr>
          <w:rFonts w:ascii="Arial" w:hAnsi="Arial"/>
          <w:color w:val="222222"/>
          <w:sz w:val="21"/>
        </w:rPr>
        <w:t>Jerry Fish</w:t>
      </w:r>
    </w:p>
    <w:p w14:paraId="772C17A3" w14:textId="77777777" w:rsidR="00C360C1" w:rsidRDefault="00000000" w:rsidP="00810DAE">
      <w:pPr>
        <w:pBdr>
          <w:bottom w:val="single" w:sz="12" w:space="1" w:color="009BB4"/>
        </w:pBdr>
        <w:spacing w:before="360" w:after="80" w:line="360" w:lineRule="auto"/>
      </w:pPr>
      <w:r>
        <w:rPr>
          <w:rFonts w:ascii="Arial" w:hAnsi="Arial"/>
          <w:b/>
          <w:color w:val="1A2A4A"/>
          <w:sz w:val="26"/>
        </w:rPr>
        <w:lastRenderedPageBreak/>
        <w:t>WHAT ARTISTS SAY</w:t>
      </w:r>
    </w:p>
    <w:p w14:paraId="7193B3E2" w14:textId="77777777" w:rsidR="00C360C1" w:rsidRDefault="00000000" w:rsidP="00810DAE">
      <w:pPr>
        <w:pBdr>
          <w:left w:val="single" w:sz="24" w:space="8" w:color="009BB4"/>
        </w:pBdr>
        <w:spacing w:before="160" w:after="40" w:line="360" w:lineRule="auto"/>
        <w:ind w:left="576"/>
      </w:pPr>
      <w:r>
        <w:rPr>
          <w:rFonts w:ascii="Georgia" w:hAnsi="Georgia"/>
          <w:i/>
          <w:color w:val="1A2A4A"/>
          <w:sz w:val="23"/>
        </w:rPr>
        <w:t>“I had the best f***ing interview with you today.”</w:t>
      </w:r>
    </w:p>
    <w:p w14:paraId="4A68E60E" w14:textId="77777777" w:rsidR="00C360C1" w:rsidRDefault="00000000" w:rsidP="00810DAE">
      <w:pPr>
        <w:spacing w:line="360" w:lineRule="auto"/>
        <w:ind w:left="576"/>
      </w:pPr>
      <w:r>
        <w:rPr>
          <w:rFonts w:ascii="Arial" w:hAnsi="Arial"/>
          <w:b/>
          <w:color w:val="009BB4"/>
          <w:sz w:val="20"/>
        </w:rPr>
        <w:t>— Josh Homme, Queens of the Stone Age</w:t>
      </w:r>
    </w:p>
    <w:p w14:paraId="354E71CA" w14:textId="77777777" w:rsidR="00C360C1" w:rsidRDefault="00000000" w:rsidP="00810DAE">
      <w:pPr>
        <w:pBdr>
          <w:left w:val="single" w:sz="24" w:space="8" w:color="009BB4"/>
        </w:pBdr>
        <w:spacing w:before="160" w:after="40" w:line="360" w:lineRule="auto"/>
        <w:ind w:left="576"/>
      </w:pPr>
      <w:r>
        <w:rPr>
          <w:rFonts w:ascii="Georgia" w:hAnsi="Georgia"/>
          <w:i/>
          <w:color w:val="1A2A4A"/>
          <w:sz w:val="23"/>
        </w:rPr>
        <w:t>“I admire and respect you for what you’re doing.”</w:t>
      </w:r>
    </w:p>
    <w:p w14:paraId="1D702FE5" w14:textId="77777777" w:rsidR="00C360C1" w:rsidRDefault="00000000" w:rsidP="00810DAE">
      <w:pPr>
        <w:spacing w:line="360" w:lineRule="auto"/>
        <w:ind w:left="576"/>
      </w:pPr>
      <w:r>
        <w:rPr>
          <w:rFonts w:ascii="Arial" w:hAnsi="Arial"/>
          <w:b/>
          <w:color w:val="009BB4"/>
          <w:sz w:val="20"/>
        </w:rPr>
        <w:t>— Henry Rollins, Black Flag / Rollins Band</w:t>
      </w:r>
    </w:p>
    <w:p w14:paraId="73EA320A" w14:textId="77777777" w:rsidR="00C360C1" w:rsidRDefault="00000000" w:rsidP="00810DAE">
      <w:pPr>
        <w:pBdr>
          <w:left w:val="single" w:sz="24" w:space="8" w:color="009BB4"/>
        </w:pBdr>
        <w:spacing w:before="160" w:after="40" w:line="360" w:lineRule="auto"/>
        <w:ind w:left="576"/>
      </w:pPr>
      <w:r>
        <w:rPr>
          <w:rFonts w:ascii="Georgia" w:hAnsi="Georgia"/>
          <w:i/>
          <w:color w:val="1A2A4A"/>
          <w:sz w:val="23"/>
        </w:rPr>
        <w:t>“Logan, your podcast is fantastic — keep up the good work.”</w:t>
      </w:r>
    </w:p>
    <w:p w14:paraId="7A8E9F44" w14:textId="77777777" w:rsidR="00C360C1" w:rsidRDefault="00000000" w:rsidP="00810DAE">
      <w:pPr>
        <w:spacing w:line="360" w:lineRule="auto"/>
        <w:ind w:left="576"/>
      </w:pPr>
      <w:r>
        <w:rPr>
          <w:rFonts w:ascii="Arial" w:hAnsi="Arial"/>
          <w:b/>
          <w:color w:val="009BB4"/>
          <w:sz w:val="20"/>
        </w:rPr>
        <w:t>— E, EELS</w:t>
      </w:r>
    </w:p>
    <w:p w14:paraId="4C80FACC" w14:textId="3173E019" w:rsidR="00C360C1" w:rsidRDefault="00000000" w:rsidP="00810DAE">
      <w:pPr>
        <w:pBdr>
          <w:bottom w:val="single" w:sz="12" w:space="1" w:color="009BB4"/>
        </w:pBdr>
        <w:spacing w:before="360" w:after="80" w:line="360" w:lineRule="auto"/>
      </w:pPr>
      <w:r>
        <w:rPr>
          <w:rFonts w:ascii="Arial" w:hAnsi="Arial"/>
          <w:b/>
          <w:color w:val="1A2A4A"/>
          <w:sz w:val="26"/>
        </w:rPr>
        <w:t xml:space="preserve">PLATFORM STATISTICS  —  </w:t>
      </w:r>
      <w:r w:rsidR="00235A2E">
        <w:rPr>
          <w:rFonts w:ascii="Arial" w:hAnsi="Arial"/>
          <w:b/>
          <w:color w:val="1A2A4A"/>
          <w:sz w:val="26"/>
        </w:rPr>
        <w:t>MAY</w:t>
      </w:r>
      <w:r>
        <w:rPr>
          <w:rFonts w:ascii="Arial" w:hAnsi="Arial"/>
          <w:b/>
          <w:color w:val="1A2A4A"/>
          <w:sz w:val="26"/>
        </w:rPr>
        <w:t xml:space="preserve"> 2026</w:t>
      </w:r>
    </w:p>
    <w:p w14:paraId="0B225122" w14:textId="77777777" w:rsidR="00C360C1" w:rsidRDefault="00000000" w:rsidP="00810DAE">
      <w:pPr>
        <w:spacing w:before="200" w:after="40" w:line="360" w:lineRule="auto"/>
      </w:pPr>
      <w:r>
        <w:rPr>
          <w:rFonts w:ascii="Arial" w:hAnsi="Arial"/>
          <w:b/>
          <w:color w:val="1A2A4A"/>
        </w:rPr>
        <w:t>YouTube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C360C1" w14:paraId="1F1D5E14" w14:textId="77777777">
        <w:trPr>
          <w:jc w:val="center"/>
        </w:trPr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3E8F43D8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LIFETIME VIEWS</w:t>
            </w:r>
          </w:p>
          <w:p w14:paraId="192A7BAE" w14:textId="1E5C2F2D" w:rsidR="00C360C1" w:rsidRDefault="00000000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64</w:t>
            </w:r>
            <w:r w:rsidR="00E80BAC">
              <w:rPr>
                <w:rFonts w:ascii="Arial" w:hAnsi="Arial"/>
                <w:b/>
                <w:color w:val="1A2A4A"/>
                <w:sz w:val="40"/>
              </w:rPr>
              <w:t>5</w:t>
            </w:r>
            <w:r>
              <w:rPr>
                <w:rFonts w:ascii="Arial" w:hAnsi="Arial"/>
                <w:b/>
                <w:color w:val="1A2A4A"/>
                <w:sz w:val="40"/>
              </w:rPr>
              <w:t>,</w:t>
            </w:r>
            <w:r w:rsidR="00E80BAC">
              <w:rPr>
                <w:rFonts w:ascii="Arial" w:hAnsi="Arial"/>
                <w:b/>
                <w:color w:val="1A2A4A"/>
                <w:sz w:val="40"/>
              </w:rPr>
              <w:t>002</w:t>
            </w:r>
          </w:p>
          <w:p w14:paraId="0DD77D42" w14:textId="77777777" w:rsidR="00C360C1" w:rsidRDefault="00000000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All time</w:t>
            </w:r>
          </w:p>
        </w:tc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1EED058D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SUBSCRIBERS</w:t>
            </w:r>
          </w:p>
          <w:p w14:paraId="05FAAB06" w14:textId="282FD5E6" w:rsidR="00C360C1" w:rsidRDefault="00000000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6,32</w:t>
            </w:r>
            <w:r w:rsidR="00235A2E">
              <w:rPr>
                <w:rFonts w:ascii="Arial" w:hAnsi="Arial"/>
                <w:b/>
                <w:color w:val="1A2A4A"/>
                <w:sz w:val="40"/>
              </w:rPr>
              <w:t>7</w:t>
            </w:r>
          </w:p>
          <w:p w14:paraId="7C7FAC84" w14:textId="0B2A2BF1" w:rsidR="00C360C1" w:rsidRDefault="00235A2E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May 2026</w:t>
            </w:r>
          </w:p>
        </w:tc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490A2BA7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TOP VIDEO VIEWS</w:t>
            </w:r>
          </w:p>
          <w:p w14:paraId="26398E7F" w14:textId="007F01C0" w:rsidR="00C360C1" w:rsidRDefault="00000000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188,</w:t>
            </w:r>
            <w:r w:rsidR="00185A66">
              <w:rPr>
                <w:rFonts w:ascii="Arial" w:hAnsi="Arial"/>
                <w:b/>
                <w:color w:val="1A2A4A"/>
                <w:sz w:val="40"/>
              </w:rPr>
              <w:t>6</w:t>
            </w:r>
            <w:r>
              <w:rPr>
                <w:rFonts w:ascii="Arial" w:hAnsi="Arial"/>
                <w:b/>
                <w:color w:val="1A2A4A"/>
                <w:sz w:val="40"/>
              </w:rPr>
              <w:t>00</w:t>
            </w:r>
          </w:p>
          <w:p w14:paraId="091C5609" w14:textId="77777777" w:rsidR="00C360C1" w:rsidRDefault="00000000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Josh Homme interview</w:t>
            </w:r>
          </w:p>
        </w:tc>
      </w:tr>
      <w:tr w:rsidR="003E19AE" w14:paraId="5D0E43F6" w14:textId="77777777">
        <w:trPr>
          <w:jc w:val="center"/>
        </w:trPr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4D9057ED" w14:textId="31A7DD61" w:rsidR="003E19AE" w:rsidRDefault="003E19AE" w:rsidP="003E19AE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TOP SHORT VIEWS</w:t>
            </w:r>
          </w:p>
          <w:p w14:paraId="3589EC5A" w14:textId="224998B1" w:rsidR="003E19AE" w:rsidRDefault="003E19AE" w:rsidP="003E19AE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1</w:t>
            </w:r>
            <w:r w:rsidR="00B45B99">
              <w:rPr>
                <w:rFonts w:ascii="Arial" w:hAnsi="Arial"/>
                <w:b/>
                <w:color w:val="1A2A4A"/>
                <w:sz w:val="40"/>
              </w:rPr>
              <w:t>24,</w:t>
            </w:r>
            <w:r w:rsidR="00174AEA">
              <w:rPr>
                <w:rFonts w:ascii="Arial" w:hAnsi="Arial"/>
                <w:b/>
                <w:color w:val="1A2A4A"/>
                <w:sz w:val="40"/>
              </w:rPr>
              <w:t>417</w:t>
            </w:r>
          </w:p>
          <w:p w14:paraId="367ABDA5" w14:textId="50418E60" w:rsidR="003E19AE" w:rsidRDefault="00B45B99" w:rsidP="003E19AE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 xml:space="preserve">From Ian MacKaye </w:t>
            </w:r>
            <w:r w:rsidR="003E19AE">
              <w:rPr>
                <w:rFonts w:ascii="Arial" w:hAnsi="Arial"/>
                <w:i/>
                <w:color w:val="555555"/>
                <w:sz w:val="16"/>
              </w:rPr>
              <w:t>interview</w:t>
            </w:r>
          </w:p>
        </w:tc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03BFCD37" w14:textId="77777777" w:rsidR="003E19AE" w:rsidRDefault="003E19AE" w:rsidP="003E19AE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VIEWS (28 DAYS)</w:t>
            </w:r>
          </w:p>
          <w:p w14:paraId="70306549" w14:textId="5AF7BF3E" w:rsidR="003E19AE" w:rsidRDefault="003E19AE" w:rsidP="003E19AE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3</w:t>
            </w:r>
            <w:r w:rsidR="00174AEA">
              <w:rPr>
                <w:rFonts w:ascii="Arial" w:hAnsi="Arial"/>
                <w:b/>
                <w:color w:val="1A2A4A"/>
                <w:sz w:val="40"/>
              </w:rPr>
              <w:t>8</w:t>
            </w:r>
            <w:r>
              <w:rPr>
                <w:rFonts w:ascii="Arial" w:hAnsi="Arial"/>
                <w:b/>
                <w:color w:val="1A2A4A"/>
                <w:sz w:val="40"/>
              </w:rPr>
              <w:t>,</w:t>
            </w:r>
            <w:r w:rsidR="00174AEA">
              <w:rPr>
                <w:rFonts w:ascii="Arial" w:hAnsi="Arial"/>
                <w:b/>
                <w:color w:val="1A2A4A"/>
                <w:sz w:val="40"/>
              </w:rPr>
              <w:t>534</w:t>
            </w:r>
            <w:r>
              <w:rPr>
                <w:rFonts w:ascii="Arial" w:hAnsi="Arial"/>
                <w:b/>
                <w:color w:val="1A2A4A"/>
                <w:sz w:val="40"/>
              </w:rPr>
              <w:t>+</w:t>
            </w:r>
          </w:p>
          <w:p w14:paraId="168F2CC0" w14:textId="0BAA851A" w:rsidR="003E19AE" w:rsidRDefault="003E19AE" w:rsidP="003E19AE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April 2026</w:t>
            </w:r>
          </w:p>
        </w:tc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27C0F95C" w14:textId="77777777" w:rsidR="003E19AE" w:rsidRDefault="003E19AE" w:rsidP="003E19AE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NEW SUBSCRIBERS</w:t>
            </w:r>
          </w:p>
          <w:p w14:paraId="312AF9C4" w14:textId="4A94C366" w:rsidR="003E19AE" w:rsidRDefault="003E19AE" w:rsidP="003E19AE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+28</w:t>
            </w:r>
            <w:r w:rsidR="00C32A37">
              <w:rPr>
                <w:rFonts w:ascii="Arial" w:hAnsi="Arial"/>
                <w:b/>
                <w:color w:val="1A2A4A"/>
                <w:sz w:val="40"/>
              </w:rPr>
              <w:t>3</w:t>
            </w:r>
          </w:p>
          <w:p w14:paraId="220CB87C" w14:textId="58BCA8A5" w:rsidR="003E19AE" w:rsidRDefault="003E19AE" w:rsidP="003E19AE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Last 28 days</w:t>
            </w:r>
          </w:p>
        </w:tc>
      </w:tr>
    </w:tbl>
    <w:p w14:paraId="0752292F" w14:textId="77777777" w:rsidR="00C360C1" w:rsidRDefault="00C360C1">
      <w:pPr>
        <w:spacing w:after="160"/>
      </w:pPr>
    </w:p>
    <w:p w14:paraId="7602AA5E" w14:textId="77777777" w:rsidR="00C360C1" w:rsidRDefault="00000000">
      <w:pPr>
        <w:spacing w:before="200" w:after="40"/>
      </w:pPr>
      <w:r>
        <w:rPr>
          <w:rFonts w:ascii="Arial" w:hAnsi="Arial"/>
          <w:b/>
          <w:color w:val="1A2A4A"/>
        </w:rPr>
        <w:t>Spotify &amp; Podcast Platforms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C360C1" w14:paraId="334CC02D" w14:textId="77777777">
        <w:trPr>
          <w:jc w:val="center"/>
        </w:trPr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5F4EBE20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ALL-PLATFORM STREAMS</w:t>
            </w:r>
          </w:p>
          <w:p w14:paraId="6AE0B3B4" w14:textId="74CB94E5" w:rsidR="00C360C1" w:rsidRDefault="00AE1856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14,025</w:t>
            </w:r>
          </w:p>
          <w:p w14:paraId="495AF7AD" w14:textId="77777777" w:rsidR="00C360C1" w:rsidRDefault="00000000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All time</w:t>
            </w:r>
          </w:p>
        </w:tc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41DC8848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AVG. PER EPISODE</w:t>
            </w:r>
          </w:p>
          <w:p w14:paraId="4465033B" w14:textId="77777777" w:rsidR="00C360C1" w:rsidRDefault="00000000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121</w:t>
            </w:r>
          </w:p>
          <w:p w14:paraId="7239B670" w14:textId="77777777" w:rsidR="00C360C1" w:rsidRDefault="00000000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Streams / downloads</w:t>
            </w:r>
          </w:p>
        </w:tc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2B18D5E2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SPOTIFY FOLLOWERS</w:t>
            </w:r>
          </w:p>
          <w:p w14:paraId="72D207DB" w14:textId="756A0154" w:rsidR="00C360C1" w:rsidRDefault="00000000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38</w:t>
            </w:r>
            <w:r w:rsidR="00410729">
              <w:rPr>
                <w:rFonts w:ascii="Arial" w:hAnsi="Arial"/>
                <w:b/>
                <w:color w:val="1A2A4A"/>
                <w:sz w:val="40"/>
              </w:rPr>
              <w:t>5</w:t>
            </w:r>
          </w:p>
          <w:p w14:paraId="7E8444B5" w14:textId="43C36B39" w:rsidR="00C360C1" w:rsidRDefault="002F4C58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May 2026</w:t>
            </w:r>
          </w:p>
        </w:tc>
      </w:tr>
      <w:tr w:rsidR="00C360C1" w14:paraId="07B7CC2F" w14:textId="77777777">
        <w:trPr>
          <w:jc w:val="center"/>
        </w:trPr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227551E5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PLAYS (90 DAYS)</w:t>
            </w:r>
          </w:p>
          <w:p w14:paraId="09D385FA" w14:textId="73D58C55" w:rsidR="00C360C1" w:rsidRDefault="00000000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93</w:t>
            </w:r>
            <w:r w:rsidR="00826358">
              <w:rPr>
                <w:rFonts w:ascii="Arial" w:hAnsi="Arial"/>
                <w:b/>
                <w:color w:val="1A2A4A"/>
                <w:sz w:val="40"/>
              </w:rPr>
              <w:t>1</w:t>
            </w:r>
          </w:p>
          <w:p w14:paraId="12C77BC0" w14:textId="77777777" w:rsidR="00C360C1" w:rsidRDefault="00000000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Spotify</w:t>
            </w:r>
          </w:p>
        </w:tc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09E32382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CONSUMPTION HOURS</w:t>
            </w:r>
          </w:p>
          <w:p w14:paraId="69D5F2E3" w14:textId="3E92747D" w:rsidR="00C360C1" w:rsidRDefault="00000000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1</w:t>
            </w:r>
            <w:r w:rsidR="00826358">
              <w:rPr>
                <w:rFonts w:ascii="Arial" w:hAnsi="Arial"/>
                <w:b/>
                <w:color w:val="1A2A4A"/>
                <w:sz w:val="40"/>
              </w:rPr>
              <w:t>92</w:t>
            </w:r>
            <w:r>
              <w:rPr>
                <w:rFonts w:ascii="Arial" w:hAnsi="Arial"/>
                <w:b/>
                <w:color w:val="1A2A4A"/>
                <w:sz w:val="40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color w:val="1A2A4A"/>
                <w:sz w:val="40"/>
              </w:rPr>
              <w:t>hrs</w:t>
            </w:r>
            <w:proofErr w:type="spellEnd"/>
          </w:p>
          <w:p w14:paraId="4FD3E54D" w14:textId="77777777" w:rsidR="00C360C1" w:rsidRDefault="00000000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Last 90 days</w:t>
            </w:r>
          </w:p>
        </w:tc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0F1097F6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IMPRESSIONS (30D)</w:t>
            </w:r>
          </w:p>
          <w:p w14:paraId="0AA27BCE" w14:textId="326D526B" w:rsidR="00C360C1" w:rsidRDefault="00000000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1</w:t>
            </w:r>
            <w:r w:rsidR="00826358">
              <w:rPr>
                <w:rFonts w:ascii="Arial" w:hAnsi="Arial"/>
                <w:b/>
                <w:color w:val="1A2A4A"/>
                <w:sz w:val="40"/>
              </w:rPr>
              <w:t>7</w:t>
            </w:r>
            <w:r>
              <w:rPr>
                <w:rFonts w:ascii="Arial" w:hAnsi="Arial"/>
                <w:b/>
                <w:color w:val="1A2A4A"/>
                <w:sz w:val="40"/>
              </w:rPr>
              <w:t>,</w:t>
            </w:r>
            <w:r w:rsidR="00826358">
              <w:rPr>
                <w:rFonts w:ascii="Arial" w:hAnsi="Arial"/>
                <w:b/>
                <w:color w:val="1A2A4A"/>
                <w:sz w:val="40"/>
              </w:rPr>
              <w:t>033</w:t>
            </w:r>
          </w:p>
          <w:p w14:paraId="16745399" w14:textId="77777777" w:rsidR="00C360C1" w:rsidRDefault="00000000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Spotify Search dominant</w:t>
            </w:r>
          </w:p>
        </w:tc>
      </w:tr>
    </w:tbl>
    <w:p w14:paraId="3120D202" w14:textId="77777777" w:rsidR="00C360C1" w:rsidRDefault="00C360C1">
      <w:pPr>
        <w:spacing w:after="80"/>
      </w:pPr>
    </w:p>
    <w:p w14:paraId="532573A3" w14:textId="77777777" w:rsidR="00C360C1" w:rsidRDefault="00000000" w:rsidP="00810DAE">
      <w:pPr>
        <w:spacing w:before="40" w:after="160" w:line="360" w:lineRule="auto"/>
      </w:pPr>
      <w:r>
        <w:rPr>
          <w:rFonts w:ascii="Arial" w:hAnsi="Arial"/>
          <w:i/>
          <w:color w:val="555555"/>
          <w:sz w:val="21"/>
        </w:rPr>
        <w:t>Discovery: 73.6% of Spotify impressions come from Spotify Search (12,356 of 16,741 in last 30 days), confirming strong organic discoverability.</w:t>
      </w:r>
    </w:p>
    <w:p w14:paraId="5ED2170B" w14:textId="77777777" w:rsidR="00C360C1" w:rsidRDefault="00000000">
      <w:pPr>
        <w:spacing w:before="200" w:after="40"/>
      </w:pPr>
      <w:r>
        <w:rPr>
          <w:rFonts w:ascii="Arial" w:hAnsi="Arial"/>
          <w:b/>
          <w:color w:val="1A2A4A"/>
        </w:rPr>
        <w:t>Instagram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C360C1" w14:paraId="61D06184" w14:textId="77777777">
        <w:trPr>
          <w:jc w:val="center"/>
        </w:trPr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3CCAF13D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VIEWS (90 DAYS)</w:t>
            </w:r>
          </w:p>
          <w:p w14:paraId="50958EBF" w14:textId="77777777" w:rsidR="00C360C1" w:rsidRDefault="00000000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1.27M</w:t>
            </w:r>
          </w:p>
          <w:p w14:paraId="14920A35" w14:textId="77777777" w:rsidR="00C360C1" w:rsidRDefault="00000000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29 Jan – 28 Apr 2026</w:t>
            </w:r>
          </w:p>
        </w:tc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419E5E68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ACCOUNTS REACHED</w:t>
            </w:r>
          </w:p>
          <w:p w14:paraId="73989CBC" w14:textId="47C640DC" w:rsidR="00C360C1" w:rsidRDefault="00000000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726,</w:t>
            </w:r>
            <w:r w:rsidR="00C22B81">
              <w:rPr>
                <w:rFonts w:ascii="Arial" w:hAnsi="Arial"/>
                <w:b/>
                <w:color w:val="1A2A4A"/>
                <w:sz w:val="40"/>
              </w:rPr>
              <w:t>229</w:t>
            </w:r>
          </w:p>
          <w:p w14:paraId="40C1DA26" w14:textId="77777777" w:rsidR="00C360C1" w:rsidRDefault="00000000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+2,566.9% growth</w:t>
            </w:r>
          </w:p>
        </w:tc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67DAB566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FOLLOWERS</w:t>
            </w:r>
          </w:p>
          <w:p w14:paraId="4C6E02D7" w14:textId="6C8B5A3D" w:rsidR="00C360C1" w:rsidRDefault="00000000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5,32</w:t>
            </w:r>
            <w:r w:rsidR="00625609">
              <w:rPr>
                <w:rFonts w:ascii="Arial" w:hAnsi="Arial"/>
                <w:b/>
                <w:color w:val="1A2A4A"/>
                <w:sz w:val="40"/>
              </w:rPr>
              <w:t>4</w:t>
            </w:r>
          </w:p>
          <w:p w14:paraId="336FC474" w14:textId="77777777" w:rsidR="00C360C1" w:rsidRDefault="00000000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April 2026</w:t>
            </w:r>
          </w:p>
        </w:tc>
      </w:tr>
      <w:tr w:rsidR="00C360C1" w14:paraId="2004C97E" w14:textId="77777777">
        <w:trPr>
          <w:jc w:val="center"/>
        </w:trPr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1239FAD2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lastRenderedPageBreak/>
              <w:t>NON-FOLLOWER VIEWS</w:t>
            </w:r>
          </w:p>
          <w:p w14:paraId="5557F30D" w14:textId="77777777" w:rsidR="00C360C1" w:rsidRDefault="00000000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73.3%</w:t>
            </w:r>
          </w:p>
          <w:p w14:paraId="2A140C5F" w14:textId="77777777" w:rsidR="00C360C1" w:rsidRDefault="00000000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New audience reach</w:t>
            </w:r>
          </w:p>
        </w:tc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5E2B5966" w14:textId="53E80503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PROFILE VISITS (</w:t>
            </w:r>
            <w:r w:rsidR="009A7E11">
              <w:rPr>
                <w:rFonts w:ascii="Arial" w:hAnsi="Arial"/>
                <w:b/>
                <w:color w:val="009BB4"/>
                <w:sz w:val="15"/>
              </w:rPr>
              <w:t>3</w:t>
            </w:r>
            <w:r>
              <w:rPr>
                <w:rFonts w:ascii="Arial" w:hAnsi="Arial"/>
                <w:b/>
                <w:color w:val="009BB4"/>
                <w:sz w:val="15"/>
              </w:rPr>
              <w:t>0D)</w:t>
            </w:r>
          </w:p>
          <w:p w14:paraId="4011836F" w14:textId="563A1D7A" w:rsidR="00C360C1" w:rsidRDefault="00000000">
            <w:pPr>
              <w:spacing w:before="40"/>
              <w:jc w:val="center"/>
            </w:pPr>
            <w:r>
              <w:rPr>
                <w:rFonts w:ascii="Arial" w:hAnsi="Arial"/>
                <w:b/>
                <w:color w:val="1A2A4A"/>
                <w:sz w:val="40"/>
              </w:rPr>
              <w:t>1</w:t>
            </w:r>
            <w:r w:rsidR="009A7E11">
              <w:rPr>
                <w:rFonts w:ascii="Arial" w:hAnsi="Arial"/>
                <w:b/>
                <w:color w:val="1A2A4A"/>
                <w:sz w:val="40"/>
              </w:rPr>
              <w:t>1,237</w:t>
            </w:r>
          </w:p>
          <w:p w14:paraId="7AEC09F2" w14:textId="77777777" w:rsidR="00C360C1" w:rsidRDefault="00000000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+349.8% vs prev. period</w:t>
            </w:r>
          </w:p>
        </w:tc>
        <w:tc>
          <w:tcPr>
            <w:tcW w:w="3118" w:type="dxa"/>
            <w:tcBorders>
              <w:top w:val="single" w:sz="4" w:space="0" w:color="009BB4"/>
              <w:left w:val="single" w:sz="4" w:space="0" w:color="009BB4"/>
              <w:bottom w:val="single" w:sz="4" w:space="0" w:color="009BB4"/>
              <w:right w:val="single" w:sz="4" w:space="0" w:color="009BB4"/>
            </w:tcBorders>
            <w:shd w:val="clear" w:color="auto" w:fill="EAF5F9"/>
          </w:tcPr>
          <w:p w14:paraId="4C4673D6" w14:textId="77777777" w:rsidR="00C360C1" w:rsidRDefault="00000000">
            <w:pPr>
              <w:spacing w:before="120"/>
              <w:jc w:val="center"/>
            </w:pPr>
            <w:r>
              <w:rPr>
                <w:rFonts w:ascii="Arial" w:hAnsi="Arial"/>
                <w:b/>
                <w:color w:val="009BB4"/>
                <w:sz w:val="15"/>
              </w:rPr>
              <w:t>LINK TAPS (30D)</w:t>
            </w:r>
          </w:p>
          <w:p w14:paraId="45D6BA60" w14:textId="33E1DC65" w:rsidR="00C360C1" w:rsidRDefault="00A1184D">
            <w:pPr>
              <w:spacing w:before="40"/>
              <w:jc w:val="center"/>
            </w:pPr>
            <w:r>
              <w:t>263</w:t>
            </w:r>
          </w:p>
          <w:p w14:paraId="59B8C25A" w14:textId="53797E89" w:rsidR="00C360C1" w:rsidRDefault="00000000">
            <w:pPr>
              <w:spacing w:before="20" w:after="120"/>
              <w:jc w:val="center"/>
            </w:pPr>
            <w:r>
              <w:rPr>
                <w:rFonts w:ascii="Arial" w:hAnsi="Arial"/>
                <w:i/>
                <w:color w:val="555555"/>
                <w:sz w:val="16"/>
              </w:rPr>
              <w:t>+</w:t>
            </w:r>
            <w:r w:rsidR="00A1184D">
              <w:rPr>
                <w:rFonts w:ascii="Arial" w:hAnsi="Arial"/>
                <w:i/>
                <w:color w:val="555555"/>
                <w:sz w:val="16"/>
              </w:rPr>
              <w:t>673.5</w:t>
            </w:r>
            <w:r>
              <w:rPr>
                <w:rFonts w:ascii="Arial" w:hAnsi="Arial"/>
                <w:i/>
                <w:color w:val="555555"/>
                <w:sz w:val="16"/>
              </w:rPr>
              <w:t>% vs prev. period</w:t>
            </w:r>
          </w:p>
        </w:tc>
      </w:tr>
    </w:tbl>
    <w:p w14:paraId="4CED8BB8" w14:textId="77777777" w:rsidR="00C360C1" w:rsidRDefault="00000000" w:rsidP="00810DAE">
      <w:pPr>
        <w:pBdr>
          <w:bottom w:val="single" w:sz="12" w:space="1" w:color="009BB4"/>
        </w:pBdr>
        <w:spacing w:before="360" w:after="80" w:line="360" w:lineRule="auto"/>
      </w:pPr>
      <w:r>
        <w:rPr>
          <w:rFonts w:ascii="Arial" w:hAnsi="Arial"/>
          <w:b/>
          <w:color w:val="1A2A4A"/>
          <w:sz w:val="26"/>
        </w:rPr>
        <w:t>AUDIENCE PROFILE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677"/>
        <w:gridCol w:w="4683"/>
      </w:tblGrid>
      <w:tr w:rsidR="00C360C1" w14:paraId="2ED42966" w14:textId="77777777">
        <w:trPr>
          <w:jc w:val="center"/>
        </w:trPr>
        <w:tc>
          <w:tcPr>
            <w:tcW w:w="4819" w:type="dxa"/>
          </w:tcPr>
          <w:p w14:paraId="5015E34A" w14:textId="77777777" w:rsidR="00C360C1" w:rsidRDefault="00000000" w:rsidP="00810DAE">
            <w:pPr>
              <w:spacing w:before="80" w:line="360" w:lineRule="auto"/>
            </w:pPr>
            <w:r>
              <w:rPr>
                <w:rFonts w:ascii="Arial" w:hAnsi="Arial"/>
                <w:b/>
                <w:color w:val="009BB4"/>
                <w:sz w:val="20"/>
              </w:rPr>
              <w:t>Age (YouTube — last 12 months)</w:t>
            </w:r>
          </w:p>
          <w:p w14:paraId="72BD78BA" w14:textId="77777777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>45–54: 31.4%  (largest segment)</w:t>
            </w:r>
          </w:p>
          <w:p w14:paraId="69CD7885" w14:textId="77777777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>35–44: 28.6%</w:t>
            </w:r>
          </w:p>
          <w:p w14:paraId="0A957763" w14:textId="77777777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>25–34: 25.7%</w:t>
            </w:r>
          </w:p>
          <w:p w14:paraId="2311C81D" w14:textId="77777777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>55–64:   9.6%</w:t>
            </w:r>
          </w:p>
        </w:tc>
        <w:tc>
          <w:tcPr>
            <w:tcW w:w="4819" w:type="dxa"/>
          </w:tcPr>
          <w:p w14:paraId="7C36CE62" w14:textId="77777777" w:rsidR="00C360C1" w:rsidRDefault="00000000" w:rsidP="00810DAE">
            <w:pPr>
              <w:spacing w:before="80" w:line="360" w:lineRule="auto"/>
            </w:pPr>
            <w:r>
              <w:rPr>
                <w:rFonts w:ascii="Arial" w:hAnsi="Arial"/>
                <w:b/>
                <w:color w:val="009BB4"/>
                <w:sz w:val="20"/>
              </w:rPr>
              <w:t>Geography (All Platforms)</w:t>
            </w:r>
          </w:p>
          <w:p w14:paraId="5D987B3D" w14:textId="77777777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>United States:    35.1%</w:t>
            </w:r>
          </w:p>
          <w:p w14:paraId="3DBCB3E5" w14:textId="145AC2F4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 xml:space="preserve">Ireland:         </w:t>
            </w:r>
            <w:r w:rsidR="00B45B99">
              <w:rPr>
                <w:rFonts w:ascii="Arial" w:hAnsi="Arial"/>
                <w:color w:val="222222"/>
                <w:sz w:val="20"/>
              </w:rPr>
              <w:t xml:space="preserve">    </w:t>
            </w:r>
            <w:r>
              <w:rPr>
                <w:rFonts w:ascii="Arial" w:hAnsi="Arial"/>
                <w:color w:val="222222"/>
                <w:sz w:val="20"/>
              </w:rPr>
              <w:t xml:space="preserve"> 17.0%</w:t>
            </w:r>
          </w:p>
          <w:p w14:paraId="0B4E1EC7" w14:textId="68293AA6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>United Kingdom:</w:t>
            </w:r>
            <w:r w:rsidR="00B45B99">
              <w:rPr>
                <w:rFonts w:ascii="Arial" w:hAnsi="Arial"/>
                <w:color w:val="222222"/>
                <w:sz w:val="20"/>
              </w:rPr>
              <w:t xml:space="preserve"> </w:t>
            </w:r>
            <w:r>
              <w:rPr>
                <w:rFonts w:ascii="Arial" w:hAnsi="Arial"/>
                <w:color w:val="222222"/>
                <w:sz w:val="20"/>
              </w:rPr>
              <w:t>16.5%</w:t>
            </w:r>
          </w:p>
          <w:p w14:paraId="4EFF6FD0" w14:textId="10BBF2BC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 xml:space="preserve">Canada:           </w:t>
            </w:r>
            <w:r w:rsidR="00B45B99">
              <w:rPr>
                <w:rFonts w:ascii="Arial" w:hAnsi="Arial"/>
                <w:color w:val="222222"/>
                <w:sz w:val="20"/>
              </w:rPr>
              <w:t xml:space="preserve"> </w:t>
            </w:r>
            <w:r>
              <w:rPr>
                <w:rFonts w:ascii="Arial" w:hAnsi="Arial"/>
                <w:color w:val="222222"/>
                <w:sz w:val="20"/>
              </w:rPr>
              <w:t xml:space="preserve"> 5.8%</w:t>
            </w:r>
          </w:p>
          <w:p w14:paraId="38716F41" w14:textId="025978C0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 xml:space="preserve">Australia:     </w:t>
            </w:r>
            <w:r w:rsidR="00B45B99">
              <w:rPr>
                <w:rFonts w:ascii="Arial" w:hAnsi="Arial"/>
                <w:color w:val="222222"/>
                <w:sz w:val="20"/>
              </w:rPr>
              <w:t xml:space="preserve">   </w:t>
            </w:r>
            <w:r>
              <w:rPr>
                <w:rFonts w:ascii="Arial" w:hAnsi="Arial"/>
                <w:color w:val="222222"/>
                <w:sz w:val="20"/>
              </w:rPr>
              <w:t xml:space="preserve">    4.1%</w:t>
            </w:r>
          </w:p>
          <w:p w14:paraId="72C5F1A5" w14:textId="77777777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>124 countries total</w:t>
            </w:r>
          </w:p>
        </w:tc>
      </w:tr>
    </w:tbl>
    <w:p w14:paraId="1C44FB9C" w14:textId="77777777" w:rsidR="00C360C1" w:rsidRDefault="00C360C1" w:rsidP="00810DAE">
      <w:pPr>
        <w:spacing w:after="120" w:line="360" w:lineRule="auto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683"/>
        <w:gridCol w:w="4677"/>
      </w:tblGrid>
      <w:tr w:rsidR="00C360C1" w14:paraId="70C520B1" w14:textId="77777777">
        <w:trPr>
          <w:jc w:val="center"/>
        </w:trPr>
        <w:tc>
          <w:tcPr>
            <w:tcW w:w="4819" w:type="dxa"/>
          </w:tcPr>
          <w:p w14:paraId="1D754313" w14:textId="77777777" w:rsidR="00C360C1" w:rsidRDefault="00000000" w:rsidP="00810DAE">
            <w:pPr>
              <w:spacing w:before="80" w:line="360" w:lineRule="auto"/>
            </w:pPr>
            <w:r>
              <w:rPr>
                <w:rFonts w:ascii="Arial" w:hAnsi="Arial"/>
                <w:b/>
                <w:color w:val="009BB4"/>
                <w:sz w:val="20"/>
              </w:rPr>
              <w:t>Gender (YouTube)</w:t>
            </w:r>
          </w:p>
          <w:p w14:paraId="369AFA9B" w14:textId="77777777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>Male:   96.9%</w:t>
            </w:r>
          </w:p>
          <w:p w14:paraId="728CE9D1" w14:textId="77777777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>Female:  3.0%</w:t>
            </w:r>
          </w:p>
        </w:tc>
        <w:tc>
          <w:tcPr>
            <w:tcW w:w="4819" w:type="dxa"/>
          </w:tcPr>
          <w:p w14:paraId="22F2EB24" w14:textId="77777777" w:rsidR="00C360C1" w:rsidRDefault="00000000" w:rsidP="00810DAE">
            <w:pPr>
              <w:spacing w:before="80" w:line="360" w:lineRule="auto"/>
            </w:pPr>
            <w:r>
              <w:rPr>
                <w:rFonts w:ascii="Arial" w:hAnsi="Arial"/>
                <w:b/>
                <w:color w:val="009BB4"/>
                <w:sz w:val="20"/>
              </w:rPr>
              <w:t>Gender (Spotify)</w:t>
            </w:r>
          </w:p>
          <w:p w14:paraId="5C33936D" w14:textId="77777777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>Male:   76.0%</w:t>
            </w:r>
          </w:p>
          <w:p w14:paraId="41ABA426" w14:textId="77777777" w:rsidR="00C360C1" w:rsidRDefault="00000000" w:rsidP="00810DAE">
            <w:pPr>
              <w:spacing w:before="20" w:after="20" w:line="360" w:lineRule="auto"/>
            </w:pPr>
            <w:r>
              <w:rPr>
                <w:rFonts w:ascii="Arial" w:hAnsi="Arial"/>
                <w:color w:val="222222"/>
                <w:sz w:val="20"/>
              </w:rPr>
              <w:t>Female: 19.9%</w:t>
            </w:r>
          </w:p>
        </w:tc>
      </w:tr>
    </w:tbl>
    <w:p w14:paraId="55840CCD" w14:textId="77777777" w:rsidR="00C360C1" w:rsidRDefault="00C360C1" w:rsidP="00810DAE">
      <w:pPr>
        <w:spacing w:after="80" w:line="360" w:lineRule="auto"/>
      </w:pPr>
    </w:p>
    <w:p w14:paraId="45EC00E5" w14:textId="77777777" w:rsidR="00C360C1" w:rsidRDefault="00000000" w:rsidP="00810DAE">
      <w:pPr>
        <w:spacing w:before="40" w:line="360" w:lineRule="auto"/>
      </w:pPr>
      <w:r>
        <w:rPr>
          <w:rFonts w:ascii="Arial" w:hAnsi="Arial"/>
          <w:i/>
          <w:color w:val="555555"/>
          <w:sz w:val="21"/>
        </w:rPr>
        <w:t>Core audience: Males aged 25–54 with a strong affinity for rock, punk, and alternative music. Highest engagement in the US, Ireland, and UK. Content reaches audiences across 124 countries.</w:t>
      </w:r>
    </w:p>
    <w:p w14:paraId="09EB24AA" w14:textId="77777777" w:rsidR="00C360C1" w:rsidRDefault="00000000" w:rsidP="00810DAE">
      <w:pPr>
        <w:spacing w:before="200" w:after="40" w:line="360" w:lineRule="auto"/>
      </w:pPr>
      <w:r>
        <w:rPr>
          <w:rFonts w:ascii="Arial" w:hAnsi="Arial"/>
          <w:b/>
          <w:color w:val="1A2A4A"/>
        </w:rPr>
        <w:t>Listening Platforms</w:t>
      </w:r>
    </w:p>
    <w:p w14:paraId="1CEA4E93" w14:textId="77777777" w:rsidR="00C360C1" w:rsidRDefault="00000000" w:rsidP="00810DAE">
      <w:pPr>
        <w:spacing w:before="40" w:line="360" w:lineRule="auto"/>
        <w:rPr>
          <w:rFonts w:ascii="Arial" w:hAnsi="Arial"/>
          <w:color w:val="222222"/>
          <w:sz w:val="21"/>
        </w:rPr>
      </w:pPr>
      <w:r>
        <w:rPr>
          <w:rFonts w:ascii="Arial" w:hAnsi="Arial"/>
          <w:color w:val="222222"/>
          <w:sz w:val="21"/>
        </w:rPr>
        <w:t>Spotify 37.2%  •  Apple Podcasts 29.9%  •  Web Browser 13.0%  •  Overcast 3.6%  •  VLC 2.7%  •  Other 13.7%</w:t>
      </w:r>
    </w:p>
    <w:p w14:paraId="6FD2B6D8" w14:textId="77777777" w:rsidR="003A1D5D" w:rsidRDefault="003A1D5D" w:rsidP="00810DAE">
      <w:pPr>
        <w:spacing w:before="40" w:line="360" w:lineRule="auto"/>
      </w:pPr>
    </w:p>
    <w:p w14:paraId="63D51572" w14:textId="77777777" w:rsidR="00C360C1" w:rsidRDefault="00000000" w:rsidP="00810DAE">
      <w:pPr>
        <w:pBdr>
          <w:bottom w:val="single" w:sz="12" w:space="1" w:color="009BB4"/>
        </w:pBdr>
        <w:spacing w:before="360" w:after="80" w:line="360" w:lineRule="auto"/>
      </w:pPr>
      <w:r>
        <w:rPr>
          <w:rFonts w:ascii="Arial" w:hAnsi="Arial"/>
          <w:b/>
          <w:color w:val="1A2A4A"/>
          <w:sz w:val="26"/>
        </w:rPr>
        <w:t>PRESS &amp; MEDIA COVERAGE</w:t>
      </w:r>
    </w:p>
    <w:p w14:paraId="00A4B187" w14:textId="77777777" w:rsidR="00C360C1" w:rsidRDefault="00000000" w:rsidP="00810DAE">
      <w:pPr>
        <w:spacing w:before="200" w:after="40" w:line="360" w:lineRule="auto"/>
      </w:pPr>
      <w:r>
        <w:rPr>
          <w:rFonts w:ascii="Arial" w:hAnsi="Arial"/>
          <w:b/>
          <w:color w:val="1A2A4A"/>
        </w:rPr>
        <w:t>International Press — April 2026</w:t>
      </w:r>
    </w:p>
    <w:p w14:paraId="493B25DD" w14:textId="77777777" w:rsidR="00C360C1" w:rsidRDefault="00000000" w:rsidP="00810DAE">
      <w:pPr>
        <w:spacing w:before="40" w:after="80" w:line="360" w:lineRule="auto"/>
      </w:pPr>
      <w:r>
        <w:rPr>
          <w:rFonts w:ascii="Arial" w:hAnsi="Arial"/>
          <w:color w:val="222222"/>
          <w:sz w:val="21"/>
        </w:rPr>
        <w:t>Logan’s interview with Foo Fighters’ Dave Grohl and Nate Mendel (April 2026) generated a wave of international media coverage:</w:t>
      </w:r>
    </w:p>
    <w:p w14:paraId="7D28745C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NME — international music media</w:t>
      </w:r>
    </w:p>
    <w:p w14:paraId="1404FA5D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Guitar World — global guitar and rock press</w:t>
      </w:r>
    </w:p>
    <w:p w14:paraId="1E058EE4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Guitar.com — international</w:t>
      </w:r>
    </w:p>
    <w:p w14:paraId="564770C8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lastRenderedPageBreak/>
        <w:t>Exclaim! — Canada’s leading independent music publication</w:t>
      </w:r>
    </w:p>
    <w:p w14:paraId="0DBE8C17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ABC Audio — US national syndication (Yahoo, AOL, regional stations)</w:t>
      </w:r>
    </w:p>
    <w:p w14:paraId="62110341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Foo Fighters official social channels</w:t>
      </w:r>
    </w:p>
    <w:p w14:paraId="19AE1A0A" w14:textId="77777777" w:rsidR="00C360C1" w:rsidRDefault="00000000" w:rsidP="00810DAE">
      <w:pPr>
        <w:spacing w:before="200" w:after="40" w:line="360" w:lineRule="auto"/>
      </w:pPr>
      <w:r>
        <w:rPr>
          <w:rFonts w:ascii="Arial" w:hAnsi="Arial"/>
          <w:b/>
          <w:color w:val="1A2A4A"/>
        </w:rPr>
        <w:t>Irish &amp; UK Press</w:t>
      </w:r>
    </w:p>
    <w:p w14:paraId="4729A09D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The Irish Times</w:t>
      </w:r>
    </w:p>
    <w:p w14:paraId="57D00A6B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BBC Radio Ulster</w:t>
      </w:r>
    </w:p>
    <w:p w14:paraId="632C88FB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KFM Radio — ‘Logan Takes Over’ (4-week series, November 2022)</w:t>
      </w:r>
    </w:p>
    <w:p w14:paraId="33B9DEB7" w14:textId="77777777" w:rsidR="00C360C1" w:rsidRDefault="00000000" w:rsidP="00810DAE">
      <w:pPr>
        <w:spacing w:before="200" w:after="40" w:line="360" w:lineRule="auto"/>
      </w:pPr>
      <w:r>
        <w:rPr>
          <w:rFonts w:ascii="Arial" w:hAnsi="Arial"/>
          <w:b/>
          <w:color w:val="1A2A4A"/>
        </w:rPr>
        <w:t>Podcast &amp; Community Features</w:t>
      </w:r>
    </w:p>
    <w:p w14:paraId="7CA1D550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Scottish Watches Podcast</w:t>
      </w:r>
    </w:p>
    <w:p w14:paraId="67815F29" w14:textId="30C3FEDB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The Old Man’s Podcast</w:t>
      </w:r>
      <w:r w:rsidR="00311EFB">
        <w:rPr>
          <w:rFonts w:ascii="Arial" w:hAnsi="Arial"/>
          <w:color w:val="222222"/>
          <w:sz w:val="21"/>
        </w:rPr>
        <w:t xml:space="preserve"> </w:t>
      </w:r>
    </w:p>
    <w:p w14:paraId="692CA6E5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KidsCast</w:t>
      </w:r>
    </w:p>
    <w:p w14:paraId="653F5F40" w14:textId="77777777" w:rsidR="00C360C1" w:rsidRDefault="00000000" w:rsidP="00810DAE">
      <w:pPr>
        <w:pBdr>
          <w:bottom w:val="single" w:sz="12" w:space="1" w:color="009BB4"/>
        </w:pBdr>
        <w:spacing w:before="360" w:after="80" w:line="360" w:lineRule="auto"/>
      </w:pPr>
      <w:r>
        <w:rPr>
          <w:rFonts w:ascii="Arial" w:hAnsi="Arial"/>
          <w:b/>
          <w:color w:val="1A2A4A"/>
          <w:sz w:val="26"/>
        </w:rPr>
        <w:t>LIVE APPEARANCES &amp; EVENTS</w:t>
      </w:r>
    </w:p>
    <w:p w14:paraId="4B3608EB" w14:textId="5706D6DD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 xml:space="preserve">Output Belfast Music Conference — Opening </w:t>
      </w:r>
      <w:r w:rsidR="00311EFB">
        <w:rPr>
          <w:rFonts w:ascii="Arial" w:hAnsi="Arial"/>
          <w:color w:val="222222"/>
          <w:sz w:val="21"/>
        </w:rPr>
        <w:t xml:space="preserve">live </w:t>
      </w:r>
      <w:r>
        <w:rPr>
          <w:rFonts w:ascii="Arial" w:hAnsi="Arial"/>
          <w:color w:val="222222"/>
          <w:sz w:val="21"/>
        </w:rPr>
        <w:t xml:space="preserve">interview, </w:t>
      </w:r>
      <w:r w:rsidR="001105C6">
        <w:rPr>
          <w:rFonts w:ascii="Arial" w:hAnsi="Arial"/>
          <w:color w:val="222222"/>
          <w:sz w:val="21"/>
        </w:rPr>
        <w:t xml:space="preserve">Niamh Regan, </w:t>
      </w:r>
      <w:r>
        <w:rPr>
          <w:rFonts w:ascii="Arial" w:hAnsi="Arial"/>
          <w:color w:val="222222"/>
          <w:sz w:val="21"/>
        </w:rPr>
        <w:t>September 2025</w:t>
      </w:r>
    </w:p>
    <w:p w14:paraId="73010412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Kaleidoscope Festival — Live interview, The Riptide Movement, June 2025</w:t>
      </w:r>
    </w:p>
    <w:p w14:paraId="4CC1107E" w14:textId="42E505ED" w:rsidR="00C360C1" w:rsidRPr="00B45B99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 xml:space="preserve">RTÉ </w:t>
      </w:r>
      <w:r w:rsidR="00B45B99">
        <w:rPr>
          <w:rFonts w:ascii="Arial" w:hAnsi="Arial"/>
          <w:color w:val="222222"/>
          <w:sz w:val="21"/>
        </w:rPr>
        <w:t xml:space="preserve">— </w:t>
      </w:r>
      <w:r>
        <w:rPr>
          <w:rFonts w:ascii="Arial" w:hAnsi="Arial"/>
          <w:color w:val="222222"/>
          <w:sz w:val="21"/>
        </w:rPr>
        <w:t xml:space="preserve">An </w:t>
      </w:r>
      <w:proofErr w:type="spellStart"/>
      <w:r>
        <w:rPr>
          <w:rFonts w:ascii="Arial" w:hAnsi="Arial"/>
          <w:color w:val="222222"/>
          <w:sz w:val="21"/>
        </w:rPr>
        <w:t>Ghig</w:t>
      </w:r>
      <w:proofErr w:type="spellEnd"/>
      <w:r>
        <w:rPr>
          <w:rFonts w:ascii="Arial" w:hAnsi="Arial"/>
          <w:color w:val="222222"/>
          <w:sz w:val="21"/>
        </w:rPr>
        <w:t xml:space="preserve"> </w:t>
      </w:r>
      <w:proofErr w:type="spellStart"/>
      <w:r>
        <w:rPr>
          <w:rFonts w:ascii="Arial" w:hAnsi="Arial"/>
          <w:color w:val="222222"/>
          <w:sz w:val="21"/>
        </w:rPr>
        <w:t>Mhór</w:t>
      </w:r>
      <w:proofErr w:type="spellEnd"/>
      <w:r>
        <w:rPr>
          <w:rFonts w:ascii="Arial" w:hAnsi="Arial"/>
          <w:color w:val="222222"/>
          <w:sz w:val="21"/>
        </w:rPr>
        <w:t xml:space="preserve"> — TV feature</w:t>
      </w:r>
      <w:r w:rsidR="003619E0">
        <w:rPr>
          <w:rFonts w:ascii="Arial" w:hAnsi="Arial"/>
          <w:color w:val="222222"/>
          <w:sz w:val="21"/>
        </w:rPr>
        <w:t>, June 2025</w:t>
      </w:r>
    </w:p>
    <w:p w14:paraId="3211E621" w14:textId="449024D4" w:rsidR="00B45B99" w:rsidRPr="00D919D1" w:rsidRDefault="00B45B99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RTÉ — News2Day</w:t>
      </w:r>
      <w:r w:rsidR="003619E0">
        <w:rPr>
          <w:rFonts w:ascii="Arial" w:hAnsi="Arial"/>
          <w:color w:val="222222"/>
          <w:sz w:val="21"/>
        </w:rPr>
        <w:t>, May 2022</w:t>
      </w:r>
    </w:p>
    <w:p w14:paraId="718D53FB" w14:textId="04713B96" w:rsidR="00B45B99" w:rsidRPr="00D919D1" w:rsidRDefault="00B45B99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Virgin Media One  — Ireland AM</w:t>
      </w:r>
      <w:r w:rsidR="003619E0">
        <w:rPr>
          <w:rFonts w:ascii="Arial" w:hAnsi="Arial"/>
          <w:color w:val="222222"/>
          <w:sz w:val="21"/>
        </w:rPr>
        <w:t>, May 2022</w:t>
      </w:r>
    </w:p>
    <w:p w14:paraId="00305789" w14:textId="5710044A" w:rsidR="00D919D1" w:rsidRDefault="00314E1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 xml:space="preserve">Lily Sessions Stage at The Playing Field Festival </w:t>
      </w:r>
      <w:r w:rsidR="003619E0">
        <w:rPr>
          <w:rFonts w:ascii="Arial" w:hAnsi="Arial"/>
          <w:color w:val="222222"/>
          <w:sz w:val="21"/>
        </w:rPr>
        <w:t>–</w:t>
      </w:r>
      <w:r>
        <w:rPr>
          <w:rFonts w:ascii="Arial" w:hAnsi="Arial"/>
          <w:color w:val="222222"/>
          <w:sz w:val="21"/>
        </w:rPr>
        <w:t xml:space="preserve"> MC</w:t>
      </w:r>
      <w:r w:rsidR="003619E0">
        <w:rPr>
          <w:rFonts w:ascii="Arial" w:hAnsi="Arial"/>
          <w:color w:val="222222"/>
          <w:sz w:val="21"/>
        </w:rPr>
        <w:t>, August 2022</w:t>
      </w:r>
    </w:p>
    <w:p w14:paraId="6984E42D" w14:textId="77777777" w:rsidR="00C360C1" w:rsidRDefault="00000000" w:rsidP="00810DAE">
      <w:pPr>
        <w:pBdr>
          <w:bottom w:val="single" w:sz="12" w:space="1" w:color="009BB4"/>
        </w:pBdr>
        <w:spacing w:before="360" w:after="80" w:line="360" w:lineRule="auto"/>
      </w:pPr>
      <w:r>
        <w:rPr>
          <w:rFonts w:ascii="Arial" w:hAnsi="Arial"/>
          <w:b/>
          <w:color w:val="1A2A4A"/>
          <w:sz w:val="26"/>
        </w:rPr>
        <w:t>TOP PERFORMING CONTENT</w:t>
      </w:r>
    </w:p>
    <w:p w14:paraId="2A3289A3" w14:textId="77777777" w:rsidR="00C360C1" w:rsidRDefault="00000000" w:rsidP="00810DAE">
      <w:pPr>
        <w:spacing w:before="200" w:after="40" w:line="360" w:lineRule="auto"/>
      </w:pPr>
      <w:r>
        <w:rPr>
          <w:rFonts w:ascii="Arial" w:hAnsi="Arial"/>
          <w:b/>
          <w:color w:val="1A2A4A"/>
        </w:rPr>
        <w:t>YouTube — Most Viewed</w:t>
      </w:r>
    </w:p>
    <w:p w14:paraId="6FD6EC48" w14:textId="1249F925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Josh Homme Interview | Queens of the Stone Age — 188,</w:t>
      </w:r>
      <w:r w:rsidR="00D74CE7">
        <w:rPr>
          <w:rFonts w:ascii="Arial" w:hAnsi="Arial"/>
          <w:color w:val="222222"/>
          <w:sz w:val="21"/>
        </w:rPr>
        <w:t>6</w:t>
      </w:r>
      <w:r>
        <w:rPr>
          <w:rFonts w:ascii="Arial" w:hAnsi="Arial"/>
          <w:color w:val="222222"/>
          <w:sz w:val="21"/>
        </w:rPr>
        <w:t>00 views</w:t>
      </w:r>
    </w:p>
    <w:p w14:paraId="23337D98" w14:textId="1827C478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 xml:space="preserve">Ian MacKaye explains Straight Edge </w:t>
      </w:r>
      <w:r w:rsidR="00EE1422">
        <w:rPr>
          <w:rFonts w:ascii="Arial" w:hAnsi="Arial"/>
          <w:color w:val="222222"/>
          <w:sz w:val="21"/>
        </w:rPr>
        <w:t xml:space="preserve">(Short) </w:t>
      </w:r>
      <w:r>
        <w:rPr>
          <w:rFonts w:ascii="Arial" w:hAnsi="Arial"/>
          <w:color w:val="222222"/>
          <w:sz w:val="21"/>
        </w:rPr>
        <w:t>— 12</w:t>
      </w:r>
      <w:r w:rsidR="00D74CE7">
        <w:rPr>
          <w:rFonts w:ascii="Arial" w:hAnsi="Arial"/>
          <w:color w:val="222222"/>
          <w:sz w:val="21"/>
        </w:rPr>
        <w:t>4,417</w:t>
      </w:r>
      <w:r>
        <w:rPr>
          <w:rFonts w:ascii="Arial" w:hAnsi="Arial"/>
          <w:color w:val="222222"/>
          <w:sz w:val="21"/>
        </w:rPr>
        <w:t xml:space="preserve"> views</w:t>
      </w:r>
    </w:p>
    <w:p w14:paraId="0965F861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Ian MacKaye Interview | Minor Threat, Fugazi — 105,900 views</w:t>
      </w:r>
    </w:p>
    <w:p w14:paraId="27F651A5" w14:textId="77777777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>Henry Rollins Interview | Black Flag — 32,900 views</w:t>
      </w:r>
    </w:p>
    <w:p w14:paraId="2FA6E775" w14:textId="528E7C26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 xml:space="preserve">Josh Homme </w:t>
      </w:r>
      <w:r w:rsidR="00EE1422">
        <w:rPr>
          <w:rFonts w:ascii="Arial" w:hAnsi="Arial"/>
          <w:color w:val="222222"/>
          <w:sz w:val="21"/>
        </w:rPr>
        <w:t xml:space="preserve">Interview </w:t>
      </w:r>
      <w:r>
        <w:rPr>
          <w:rFonts w:ascii="Arial" w:hAnsi="Arial"/>
          <w:color w:val="222222"/>
          <w:sz w:val="21"/>
        </w:rPr>
        <w:t>| Desert Sessions — 21,000 views</w:t>
      </w:r>
    </w:p>
    <w:p w14:paraId="310A360B" w14:textId="4AD1628A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 xml:space="preserve">Dave Grohl &amp; Nate Mendel | Foo Fighters </w:t>
      </w:r>
      <w:r w:rsidR="00FF26A8">
        <w:rPr>
          <w:rFonts w:ascii="Arial" w:hAnsi="Arial"/>
          <w:color w:val="222222"/>
          <w:sz w:val="21"/>
        </w:rPr>
        <w:t xml:space="preserve">(Released 16 April 2026)  </w:t>
      </w:r>
      <w:r>
        <w:rPr>
          <w:rFonts w:ascii="Arial" w:hAnsi="Arial"/>
          <w:color w:val="222222"/>
          <w:sz w:val="21"/>
        </w:rPr>
        <w:t>— 15,100+ views (and climbing)</w:t>
      </w:r>
    </w:p>
    <w:p w14:paraId="6FC802DC" w14:textId="77777777" w:rsidR="00C360C1" w:rsidRDefault="00C360C1" w:rsidP="00810DAE">
      <w:pPr>
        <w:spacing w:after="80" w:line="360" w:lineRule="auto"/>
      </w:pPr>
    </w:p>
    <w:p w14:paraId="6BA12ADD" w14:textId="77777777" w:rsidR="00C360C1" w:rsidRDefault="00000000" w:rsidP="00810DAE">
      <w:pPr>
        <w:pBdr>
          <w:bottom w:val="single" w:sz="12" w:space="1" w:color="009BB4"/>
        </w:pBdr>
        <w:spacing w:before="360" w:after="80" w:line="360" w:lineRule="auto"/>
      </w:pPr>
      <w:r>
        <w:rPr>
          <w:rFonts w:ascii="Arial" w:hAnsi="Arial"/>
          <w:b/>
          <w:color w:val="1A2A4A"/>
          <w:sz w:val="26"/>
        </w:rPr>
        <w:lastRenderedPageBreak/>
        <w:t>PRESS &amp; MEDIA CONTACT</w:t>
      </w:r>
    </w:p>
    <w:p w14:paraId="20F64DE8" w14:textId="77777777" w:rsidR="00C360C1" w:rsidRDefault="00000000" w:rsidP="00810DAE">
      <w:pPr>
        <w:spacing w:before="40" w:after="80" w:line="360" w:lineRule="auto"/>
      </w:pPr>
      <w:r>
        <w:rPr>
          <w:rFonts w:ascii="Arial" w:hAnsi="Arial"/>
          <w:color w:val="222222"/>
          <w:sz w:val="21"/>
        </w:rPr>
        <w:t>For interview requests, press enquiries, collaborations, and sponsorship:</w:t>
      </w:r>
    </w:p>
    <w:p w14:paraId="24178D3B" w14:textId="77777777" w:rsidR="00C360C1" w:rsidRDefault="00000000" w:rsidP="00810DAE">
      <w:pPr>
        <w:spacing w:after="80" w:line="360" w:lineRule="auto"/>
      </w:pPr>
      <w:r>
        <w:rPr>
          <w:rFonts w:ascii="Arial" w:hAnsi="Arial"/>
          <w:b/>
          <w:color w:val="009BB4"/>
          <w:sz w:val="24"/>
        </w:rPr>
        <w:t>media@logansoundsoff.com</w:t>
      </w:r>
    </w:p>
    <w:p w14:paraId="3691E301" w14:textId="77777777" w:rsidR="00C360C1" w:rsidRDefault="00000000" w:rsidP="00810DAE">
      <w:pPr>
        <w:spacing w:before="40" w:after="160" w:line="360" w:lineRule="auto"/>
        <w:rPr>
          <w:rFonts w:ascii="Arial" w:hAnsi="Arial"/>
          <w:color w:val="222222"/>
          <w:sz w:val="21"/>
        </w:rPr>
      </w:pPr>
      <w:r>
        <w:rPr>
          <w:rFonts w:ascii="Arial" w:hAnsi="Arial"/>
          <w:color w:val="222222"/>
          <w:sz w:val="21"/>
        </w:rPr>
        <w:t>Logan and his team aim to respond within 48 hours.</w:t>
      </w:r>
    </w:p>
    <w:p w14:paraId="45BB9CCC" w14:textId="77777777" w:rsidR="00142923" w:rsidRDefault="00142923" w:rsidP="00810DAE">
      <w:pPr>
        <w:spacing w:before="40" w:after="160" w:line="360" w:lineRule="auto"/>
      </w:pPr>
    </w:p>
    <w:p w14:paraId="15BE7DA6" w14:textId="77777777" w:rsidR="00C360C1" w:rsidRDefault="00000000" w:rsidP="00810DAE">
      <w:pPr>
        <w:spacing w:before="200" w:after="40" w:line="360" w:lineRule="auto"/>
      </w:pPr>
      <w:r>
        <w:rPr>
          <w:rFonts w:ascii="Arial" w:hAnsi="Arial"/>
          <w:b/>
          <w:color w:val="1A2A4A"/>
        </w:rPr>
        <w:t>Find Logan Sounds Off Online</w:t>
      </w:r>
    </w:p>
    <w:p w14:paraId="47E70C71" w14:textId="176357B5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 xml:space="preserve">Website:    </w:t>
      </w:r>
      <w:hyperlink r:id="rId8" w:history="1">
        <w:r w:rsidR="00C360C1" w:rsidRPr="00D74CE7">
          <w:rPr>
            <w:rStyle w:val="Hyperlink"/>
            <w:rFonts w:ascii="Arial" w:hAnsi="Arial"/>
            <w:sz w:val="21"/>
          </w:rPr>
          <w:t>logansoundsoff.com</w:t>
        </w:r>
      </w:hyperlink>
    </w:p>
    <w:p w14:paraId="05D51B4E" w14:textId="09B62648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 xml:space="preserve">YouTube:   </w:t>
      </w:r>
      <w:hyperlink r:id="rId9" w:history="1">
        <w:r w:rsidR="00C360C1" w:rsidRPr="00D74CE7">
          <w:rPr>
            <w:rStyle w:val="Hyperlink"/>
            <w:rFonts w:ascii="Arial" w:hAnsi="Arial"/>
            <w:sz w:val="21"/>
          </w:rPr>
          <w:t>youtube.com/channel/UCzpAT1eFwgYoDLcf6HLw4ZQ</w:t>
        </w:r>
      </w:hyperlink>
    </w:p>
    <w:p w14:paraId="5B85210D" w14:textId="2696F4AC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 xml:space="preserve">Spotify:  </w:t>
      </w:r>
      <w:r w:rsidR="00B45B99">
        <w:rPr>
          <w:rFonts w:ascii="Arial" w:hAnsi="Arial"/>
          <w:color w:val="222222"/>
          <w:sz w:val="21"/>
        </w:rPr>
        <w:t xml:space="preserve">  </w:t>
      </w:r>
      <w:r>
        <w:rPr>
          <w:rFonts w:ascii="Arial" w:hAnsi="Arial"/>
          <w:color w:val="222222"/>
          <w:sz w:val="21"/>
        </w:rPr>
        <w:t xml:space="preserve">  </w:t>
      </w:r>
      <w:hyperlink r:id="rId10" w:history="1">
        <w:r w:rsidR="00C360C1" w:rsidRPr="00D74CE7">
          <w:rPr>
            <w:rStyle w:val="Hyperlink"/>
            <w:rFonts w:ascii="Arial" w:hAnsi="Arial"/>
            <w:sz w:val="21"/>
          </w:rPr>
          <w:t>open.spotify.com/show/1rS5JvGh3oBFiWDi6NpG4q</w:t>
        </w:r>
      </w:hyperlink>
    </w:p>
    <w:p w14:paraId="1D51E5E3" w14:textId="34900983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 xml:space="preserve">Instagram: </w:t>
      </w:r>
      <w:hyperlink r:id="rId11" w:history="1">
        <w:r w:rsidR="00C360C1" w:rsidRPr="00D74CE7">
          <w:rPr>
            <w:rStyle w:val="Hyperlink"/>
            <w:rFonts w:ascii="Arial" w:hAnsi="Arial"/>
            <w:sz w:val="21"/>
          </w:rPr>
          <w:t>instagram.com/</w:t>
        </w:r>
        <w:proofErr w:type="spellStart"/>
        <w:r w:rsidR="00C360C1" w:rsidRPr="00D74CE7">
          <w:rPr>
            <w:rStyle w:val="Hyperlink"/>
            <w:rFonts w:ascii="Arial" w:hAnsi="Arial"/>
            <w:sz w:val="21"/>
          </w:rPr>
          <w:t>logansoundsoff</w:t>
        </w:r>
        <w:proofErr w:type="spellEnd"/>
      </w:hyperlink>
    </w:p>
    <w:p w14:paraId="69ECFA19" w14:textId="4183D3FE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 xml:space="preserve">TikTok:     </w:t>
      </w:r>
      <w:r w:rsidR="00B45B99">
        <w:rPr>
          <w:rFonts w:ascii="Arial" w:hAnsi="Arial"/>
          <w:color w:val="222222"/>
          <w:sz w:val="21"/>
        </w:rPr>
        <w:t xml:space="preserve"> </w:t>
      </w:r>
      <w:hyperlink r:id="rId12" w:history="1">
        <w:r w:rsidR="00C360C1" w:rsidRPr="00D74CE7">
          <w:rPr>
            <w:rStyle w:val="Hyperlink"/>
            <w:rFonts w:ascii="Arial" w:hAnsi="Arial"/>
            <w:sz w:val="21"/>
          </w:rPr>
          <w:t>tiktok.com/@logansoundsoff</w:t>
        </w:r>
      </w:hyperlink>
    </w:p>
    <w:p w14:paraId="4343799B" w14:textId="1625ED9B" w:rsidR="00C360C1" w:rsidRDefault="00000000" w:rsidP="00810DAE">
      <w:pPr>
        <w:pStyle w:val="ListBullet"/>
        <w:spacing w:before="20" w:after="20" w:line="360" w:lineRule="auto"/>
      </w:pPr>
      <w:r>
        <w:rPr>
          <w:rFonts w:ascii="Arial" w:hAnsi="Arial"/>
          <w:color w:val="222222"/>
          <w:sz w:val="21"/>
        </w:rPr>
        <w:t xml:space="preserve">Bluesky:    </w:t>
      </w:r>
      <w:hyperlink r:id="rId13" w:history="1">
        <w:proofErr w:type="spellStart"/>
        <w:r w:rsidR="00C360C1" w:rsidRPr="00D74CE7">
          <w:rPr>
            <w:rStyle w:val="Hyperlink"/>
            <w:rFonts w:ascii="Arial" w:hAnsi="Arial"/>
            <w:sz w:val="21"/>
          </w:rPr>
          <w:t>logansoundsoff.bsky.social</w:t>
        </w:r>
        <w:proofErr w:type="spellEnd"/>
      </w:hyperlink>
    </w:p>
    <w:p w14:paraId="0E9D1810" w14:textId="77777777" w:rsidR="00C360C1" w:rsidRDefault="00C360C1" w:rsidP="00810DAE">
      <w:pPr>
        <w:spacing w:line="360" w:lineRule="auto"/>
      </w:pPr>
    </w:p>
    <w:p w14:paraId="3BB0CEBE" w14:textId="77777777" w:rsidR="00C360C1" w:rsidRDefault="00000000" w:rsidP="00810DAE">
      <w:pPr>
        <w:spacing w:before="200" w:line="360" w:lineRule="auto"/>
        <w:jc w:val="center"/>
      </w:pPr>
      <w:r>
        <w:rPr>
          <w:rFonts w:ascii="Arial" w:hAnsi="Arial"/>
          <w:i/>
          <w:color w:val="555555"/>
          <w:sz w:val="16"/>
        </w:rPr>
        <w:t>Logan Sounds Off — Independent Music Podcast  |  logansoundsoff.com  |  media@logansoundsoff.com</w:t>
      </w:r>
    </w:p>
    <w:sectPr w:rsidR="00C360C1" w:rsidSect="00034616">
      <w:footerReference w:type="even" r:id="rId14"/>
      <w:footerReference w:type="default" r:id="rId15"/>
      <w:footerReference w:type="first" r:id="rId16"/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6AA08" w14:textId="77777777" w:rsidR="008D68CB" w:rsidRDefault="008D68CB" w:rsidP="00142923">
      <w:pPr>
        <w:spacing w:after="0" w:line="240" w:lineRule="auto"/>
      </w:pPr>
      <w:r>
        <w:separator/>
      </w:r>
    </w:p>
  </w:endnote>
  <w:endnote w:type="continuationSeparator" w:id="0">
    <w:p w14:paraId="13CF7D08" w14:textId="77777777" w:rsidR="008D68CB" w:rsidRDefault="008D68CB" w:rsidP="00142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64E28" w14:textId="1A504F2A" w:rsidR="00142923" w:rsidRDefault="0014292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5F9C837" wp14:editId="50017CFA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575560" cy="368935"/>
              <wp:effectExtent l="0" t="0" r="15240" b="0"/>
              <wp:wrapNone/>
              <wp:docPr id="1930933960" name="Text Box 2" descr="Information Classification: Limited Acces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75560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4A911B" w14:textId="01AD6FE3" w:rsidR="00142923" w:rsidRPr="00142923" w:rsidRDefault="00142923" w:rsidP="00142923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4292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Information Classification: Limited Access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F9C83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Information Classification: Limited Access" style="position:absolute;margin-left:0;margin-top:0;width:202.8pt;height:29.0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024A911B" w14:textId="01AD6FE3" w:rsidR="00142923" w:rsidRPr="00142923" w:rsidRDefault="00142923" w:rsidP="00142923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142923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Information Classification: Limited Access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70471" w14:textId="62B0094E" w:rsidR="00142923" w:rsidRDefault="0014292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661E402" wp14:editId="7E7076EE">
              <wp:simplePos x="914400" y="9439275"/>
              <wp:positionH relativeFrom="page">
                <wp:align>left</wp:align>
              </wp:positionH>
              <wp:positionV relativeFrom="page">
                <wp:align>bottom</wp:align>
              </wp:positionV>
              <wp:extent cx="2575560" cy="368935"/>
              <wp:effectExtent l="0" t="0" r="15240" b="0"/>
              <wp:wrapNone/>
              <wp:docPr id="982567522" name="Text Box 3" descr="Information Classification: Limited Acces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75560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E787DA" w14:textId="27536E05" w:rsidR="00142923" w:rsidRPr="00142923" w:rsidRDefault="00142923" w:rsidP="00142923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4292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Information Classification: Limited Access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61E40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Information Classification: Limited Access" style="position:absolute;margin-left:0;margin-top:0;width:202.8pt;height:29.0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22E787DA" w14:textId="27536E05" w:rsidR="00142923" w:rsidRPr="00142923" w:rsidRDefault="00142923" w:rsidP="00142923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142923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Information Classification: Limited Access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246B2" w14:textId="2F91B485" w:rsidR="00142923" w:rsidRDefault="0014292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3C72125" wp14:editId="48F48DA6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575560" cy="368935"/>
              <wp:effectExtent l="0" t="0" r="15240" b="0"/>
              <wp:wrapNone/>
              <wp:docPr id="1394529168" name="Text Box 1" descr="Information Classification: Limited Acces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75560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B64A93" w14:textId="6357C81C" w:rsidR="00142923" w:rsidRPr="00142923" w:rsidRDefault="00142923" w:rsidP="00142923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4292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Information Classification: Limited Access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C7212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Information Classification: Limited Access" style="position:absolute;margin-left:0;margin-top:0;width:202.8pt;height:29.0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63B64A93" w14:textId="6357C81C" w:rsidR="00142923" w:rsidRPr="00142923" w:rsidRDefault="00142923" w:rsidP="00142923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142923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Information Classification: Limited Access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16CC46" w14:textId="77777777" w:rsidR="008D68CB" w:rsidRDefault="008D68CB" w:rsidP="00142923">
      <w:pPr>
        <w:spacing w:after="0" w:line="240" w:lineRule="auto"/>
      </w:pPr>
      <w:r>
        <w:separator/>
      </w:r>
    </w:p>
  </w:footnote>
  <w:footnote w:type="continuationSeparator" w:id="0">
    <w:p w14:paraId="63A9E599" w14:textId="77777777" w:rsidR="008D68CB" w:rsidRDefault="008D68CB" w:rsidP="001429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88173518">
    <w:abstractNumId w:val="8"/>
  </w:num>
  <w:num w:numId="2" w16cid:durableId="32537662">
    <w:abstractNumId w:val="6"/>
  </w:num>
  <w:num w:numId="3" w16cid:durableId="431050890">
    <w:abstractNumId w:val="5"/>
  </w:num>
  <w:num w:numId="4" w16cid:durableId="261492471">
    <w:abstractNumId w:val="4"/>
  </w:num>
  <w:num w:numId="5" w16cid:durableId="1950963731">
    <w:abstractNumId w:val="7"/>
  </w:num>
  <w:num w:numId="6" w16cid:durableId="1040858779">
    <w:abstractNumId w:val="3"/>
  </w:num>
  <w:num w:numId="7" w16cid:durableId="1538856741">
    <w:abstractNumId w:val="2"/>
  </w:num>
  <w:num w:numId="8" w16cid:durableId="1585843513">
    <w:abstractNumId w:val="1"/>
  </w:num>
  <w:num w:numId="9" w16cid:durableId="1859932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584D"/>
    <w:rsid w:val="001105C6"/>
    <w:rsid w:val="00142923"/>
    <w:rsid w:val="0015074B"/>
    <w:rsid w:val="00174AEA"/>
    <w:rsid w:val="00185A66"/>
    <w:rsid w:val="001A4E1B"/>
    <w:rsid w:val="00235A2E"/>
    <w:rsid w:val="0029639D"/>
    <w:rsid w:val="002F4C58"/>
    <w:rsid w:val="00311EFB"/>
    <w:rsid w:val="00314E10"/>
    <w:rsid w:val="00326F90"/>
    <w:rsid w:val="003619E0"/>
    <w:rsid w:val="003A1D5D"/>
    <w:rsid w:val="003E19AE"/>
    <w:rsid w:val="00410729"/>
    <w:rsid w:val="00625609"/>
    <w:rsid w:val="00720DA9"/>
    <w:rsid w:val="00735FBD"/>
    <w:rsid w:val="00750BA3"/>
    <w:rsid w:val="007D5604"/>
    <w:rsid w:val="00801FEB"/>
    <w:rsid w:val="00810DAE"/>
    <w:rsid w:val="00826358"/>
    <w:rsid w:val="008B7C36"/>
    <w:rsid w:val="008C6133"/>
    <w:rsid w:val="008D68CB"/>
    <w:rsid w:val="00911B20"/>
    <w:rsid w:val="00916BA7"/>
    <w:rsid w:val="009A7E11"/>
    <w:rsid w:val="009C31FD"/>
    <w:rsid w:val="00A1184D"/>
    <w:rsid w:val="00AA1D8D"/>
    <w:rsid w:val="00AE1856"/>
    <w:rsid w:val="00B43F4D"/>
    <w:rsid w:val="00B45B99"/>
    <w:rsid w:val="00B47730"/>
    <w:rsid w:val="00C22B81"/>
    <w:rsid w:val="00C32A37"/>
    <w:rsid w:val="00C360C1"/>
    <w:rsid w:val="00CB0664"/>
    <w:rsid w:val="00D56E83"/>
    <w:rsid w:val="00D74CE7"/>
    <w:rsid w:val="00D919D1"/>
    <w:rsid w:val="00E80BAC"/>
    <w:rsid w:val="00EE1422"/>
    <w:rsid w:val="00FC693F"/>
    <w:rsid w:val="00FF2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CC75791"/>
  <w14:defaultImageDpi w14:val="330"/>
  <w15:docId w15:val="{A46D3224-9345-47FA-8053-A6CE425B4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D74CE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4C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gansoundsoff.com" TargetMode="External"/><Relationship Id="rId13" Type="http://schemas.openxmlformats.org/officeDocument/2006/relationships/hyperlink" Target="logansoundsoff.bsky.socia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iktok.com/@logansoundsoff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instagram.com/logansoundsoff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open.spotify.com/show/1rS5JvGh3oBFiWDi6NpG4q" TargetMode="External"/><Relationship Id="rId4" Type="http://schemas.openxmlformats.org/officeDocument/2006/relationships/settings" Target="settings.xml"/><Relationship Id="rId9" Type="http://schemas.openxmlformats.org/officeDocument/2006/relationships/hyperlink" Target="youtube.com/channel/UCzpAT1eFwgYoDLcf6HLw4ZQ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202a21f-30de-4fd1-b547-e7d4361e1fc9}" enabled="1" method="Privileged" siteId="{3f0bdd77-1711-49bc-9b8c-6f2ba3e1c085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768</Words>
  <Characters>4435</Characters>
  <Application>Microsoft Office Word</Application>
  <DocSecurity>0</DocSecurity>
  <Lines>174</Lines>
  <Paragraphs>155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5217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Kelly, Eimear</cp:lastModifiedBy>
  <cp:revision>35</cp:revision>
  <cp:lastPrinted>2026-04-29T14:10:00Z</cp:lastPrinted>
  <dcterms:created xsi:type="dcterms:W3CDTF">2026-04-29T14:11:00Z</dcterms:created>
  <dcterms:modified xsi:type="dcterms:W3CDTF">2026-05-01T07:34:00Z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531ed390,7317b6c8,3a90ca62</vt:lpwstr>
  </property>
  <property fmtid="{D5CDD505-2E9C-101B-9397-08002B2CF9AE}" pid="3" name="ClassificationContentMarkingFooterFontProps">
    <vt:lpwstr>#000000,10,Aptos</vt:lpwstr>
  </property>
  <property fmtid="{D5CDD505-2E9C-101B-9397-08002B2CF9AE}" pid="4" name="ClassificationContentMarkingFooterText">
    <vt:lpwstr>Information Classification: Limited Access</vt:lpwstr>
  </property>
  <property fmtid="{D5CDD505-2E9C-101B-9397-08002B2CF9AE}" pid="5" name="_AdHocReviewCycleID">
    <vt:i4>1972282843</vt:i4>
  </property>
  <property fmtid="{D5CDD505-2E9C-101B-9397-08002B2CF9AE}" pid="6" name="_NewReviewCycle">
    <vt:lpwstr/>
  </property>
  <property fmtid="{D5CDD505-2E9C-101B-9397-08002B2CF9AE}" pid="7" name="_EmailSubject">
    <vt:lpwstr/>
  </property>
  <property fmtid="{D5CDD505-2E9C-101B-9397-08002B2CF9AE}" pid="8" name="_AuthorEmail">
    <vt:lpwstr>EKelly1@StateStreet.com</vt:lpwstr>
  </property>
  <property fmtid="{D5CDD505-2E9C-101B-9397-08002B2CF9AE}" pid="9" name="_AuthorEmailDisplayName">
    <vt:lpwstr>Kelly, Eimear</vt:lpwstr>
  </property>
</Properties>
</file>